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A028DA" w14:textId="77777777" w:rsidR="00483042" w:rsidRPr="00130660" w:rsidRDefault="004830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"/>
        <w:tblW w:w="10481" w:type="dxa"/>
        <w:jc w:val="center"/>
        <w:tblLayout w:type="fixed"/>
        <w:tblLook w:val="0400" w:firstRow="0" w:lastRow="0" w:firstColumn="0" w:lastColumn="0" w:noHBand="0" w:noVBand="1"/>
      </w:tblPr>
      <w:tblGrid>
        <w:gridCol w:w="3493"/>
        <w:gridCol w:w="3494"/>
        <w:gridCol w:w="3494"/>
      </w:tblGrid>
      <w:tr w:rsidR="00483042" w:rsidRPr="00130660" w14:paraId="0EDDB48A" w14:textId="77777777">
        <w:trPr>
          <w:jc w:val="center"/>
        </w:trPr>
        <w:tc>
          <w:tcPr>
            <w:tcW w:w="34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C011F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46DFA293" wp14:editId="0C6CC97B">
                  <wp:extent cx="558000" cy="543120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543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3D881" w14:textId="77777777" w:rsidR="00483042" w:rsidRPr="00130660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T.C.</w:t>
            </w:r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  <w:t>ORDU ÜNİVERSİTESİ</w:t>
            </w:r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  <w:t>EĞİTİM FAKÜLTESİ</w:t>
            </w:r>
          </w:p>
        </w:tc>
        <w:tc>
          <w:tcPr>
            <w:tcW w:w="34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5A954" w14:textId="77777777" w:rsidR="00483042" w:rsidRPr="00130660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447A32A0" wp14:editId="1EF4EDC8">
                  <wp:extent cx="558000" cy="54312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543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63CE5F" w14:textId="77777777" w:rsidR="00483042" w:rsidRPr="00130660" w:rsidRDefault="00000000">
      <w:pPr>
        <w:keepLines/>
        <w:spacing w:before="6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130660">
        <w:rPr>
          <w:rFonts w:ascii="Times New Roman" w:eastAsia="Times New Roman" w:hAnsi="Times New Roman" w:cs="Times New Roman"/>
          <w:b/>
          <w:bCs/>
          <w:sz w:val="22"/>
          <w:szCs w:val="22"/>
        </w:rPr>
        <w:t>AKADEMİK PERSONEL GÖREVLENDİRME TALEP FORMU</w:t>
      </w:r>
    </w:p>
    <w:p w14:paraId="11F11437" w14:textId="77777777" w:rsidR="00483042" w:rsidRPr="00130660" w:rsidRDefault="00483042">
      <w:pPr>
        <w:keepLines/>
        <w:pBdr>
          <w:bottom w:val="single" w:sz="12" w:space="1" w:color="C6A15B"/>
        </w:pBdr>
        <w:spacing w:after="40"/>
        <w:rPr>
          <w:rFonts w:ascii="Times New Roman" w:eastAsia="Times New Roman" w:hAnsi="Times New Roman" w:cs="Times New Roman"/>
          <w:sz w:val="22"/>
          <w:szCs w:val="22"/>
        </w:rPr>
      </w:pPr>
    </w:p>
    <w:p w14:paraId="68A14590" w14:textId="77777777" w:rsidR="00483042" w:rsidRPr="00130660" w:rsidRDefault="00483042">
      <w:pPr>
        <w:keepLines/>
        <w:spacing w:after="1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DF69F60" w14:textId="77777777" w:rsidR="00483042" w:rsidRPr="00130660" w:rsidRDefault="00000000">
      <w:pPr>
        <w:keepLines/>
        <w:spacing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130660">
        <w:rPr>
          <w:rFonts w:ascii="Times New Roman" w:eastAsia="Times New Roman" w:hAnsi="Times New Roman" w:cs="Times New Roman"/>
          <w:b/>
          <w:bCs/>
          <w:sz w:val="22"/>
          <w:szCs w:val="22"/>
        </w:rPr>
        <w:t>........................................................ BÖLÜM BAŞKANLIĞINA</w:t>
      </w:r>
    </w:p>
    <w:p w14:paraId="494CD53B" w14:textId="77777777" w:rsidR="00483042" w:rsidRPr="00130660" w:rsidRDefault="00483042">
      <w:pPr>
        <w:keepLines/>
        <w:spacing w:after="80" w:line="252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39D0A7B" w14:textId="77777777" w:rsidR="00483042" w:rsidRPr="00130660" w:rsidRDefault="00000000">
      <w:pPr>
        <w:keepLines/>
        <w:spacing w:after="80" w:line="252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İlgili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mevzuat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hükümleri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uyarınca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aşağıda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belirtilen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amaç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yer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ve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tarihler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kapsamında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görevlendirilmek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istiyorum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5AA7E68D" w14:textId="77777777" w:rsidR="00483042" w:rsidRPr="00130660" w:rsidRDefault="00000000">
      <w:pPr>
        <w:keepLines/>
        <w:spacing w:after="100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Bilgilerinizi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ve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gereğini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arz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ederim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6448F34" w14:textId="77777777" w:rsidR="00483042" w:rsidRPr="00130660" w:rsidRDefault="00483042">
      <w:pPr>
        <w:keepLines/>
        <w:spacing w:after="100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36B1E1" w14:textId="77777777" w:rsidR="00483042" w:rsidRPr="00130660" w:rsidRDefault="00000000">
      <w:pPr>
        <w:keepLines/>
        <w:spacing w:before="100" w:after="60"/>
        <w:rPr>
          <w:rFonts w:ascii="Times New Roman" w:eastAsia="Times New Roman" w:hAnsi="Times New Roman" w:cs="Times New Roman"/>
          <w:sz w:val="22"/>
          <w:szCs w:val="22"/>
        </w:rPr>
      </w:pPr>
      <w:r w:rsidRPr="00130660">
        <w:rPr>
          <w:rFonts w:ascii="Times New Roman" w:eastAsia="Times New Roman" w:hAnsi="Times New Roman" w:cs="Times New Roman"/>
          <w:b/>
          <w:bCs/>
          <w:sz w:val="22"/>
          <w:szCs w:val="22"/>
        </w:rPr>
        <w:t>1. PERSONEL VE GÖREVLENDİRME BİLGİLERİ</w:t>
      </w:r>
    </w:p>
    <w:tbl>
      <w:tblPr>
        <w:tblStyle w:val="a0"/>
        <w:tblW w:w="10482" w:type="dxa"/>
        <w:jc w:val="center"/>
        <w:tblBorders>
          <w:top w:val="single" w:sz="6" w:space="0" w:color="7A7A7A"/>
          <w:left w:val="single" w:sz="6" w:space="0" w:color="7A7A7A"/>
          <w:bottom w:val="single" w:sz="6" w:space="0" w:color="7A7A7A"/>
          <w:right w:val="single" w:sz="6" w:space="0" w:color="7A7A7A"/>
          <w:insideH w:val="single" w:sz="6" w:space="0" w:color="7A7A7A"/>
          <w:insideV w:val="single" w:sz="6" w:space="0" w:color="7A7A7A"/>
        </w:tblBorders>
        <w:tblLayout w:type="fixed"/>
        <w:tblLook w:val="0400" w:firstRow="0" w:lastRow="0" w:firstColumn="0" w:lastColumn="0" w:noHBand="0" w:noVBand="1"/>
      </w:tblPr>
      <w:tblGrid>
        <w:gridCol w:w="5241"/>
        <w:gridCol w:w="5241"/>
      </w:tblGrid>
      <w:tr w:rsidR="00483042" w:rsidRPr="00130660" w14:paraId="0AF2A106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52E579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Ünvanı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Adı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Soyadı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3A1989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483042" w:rsidRPr="00130660" w14:paraId="4527294E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180739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Bölümü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Anabilim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Dalı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D9D758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6A713D" w:rsidRPr="00130660" w14:paraId="4604A5D6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BA9446" w14:textId="1C609E64" w:rsidR="006A713D" w:rsidRPr="00130660" w:rsidRDefault="006A713D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İletişim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(Cep no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D7131A" w14:textId="77777777" w:rsidR="006A713D" w:rsidRPr="00130660" w:rsidRDefault="006A71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83042" w:rsidRPr="00130660" w14:paraId="153277D0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68631D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Görevlendirme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Amacı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AF17D7" w14:textId="531B2B6E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Araştırma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Kongre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Katılımı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Diğer</w:t>
            </w:r>
            <w:proofErr w:type="spellEnd"/>
          </w:p>
        </w:tc>
      </w:tr>
      <w:tr w:rsidR="00483042" w:rsidRPr="00130660" w14:paraId="26F5D9BB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2B1ED5" w14:textId="6BB45020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Görevlendi</w:t>
            </w:r>
            <w:r w:rsidR="006A713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rilecek</w:t>
            </w:r>
            <w:proofErr w:type="spellEnd"/>
            <w:r w:rsidR="006A713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6A713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Şehir</w:t>
            </w:r>
            <w:proofErr w:type="spellEnd"/>
            <w:r w:rsidR="006A713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6A713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</w:t>
            </w:r>
            <w:proofErr w:type="spellEnd"/>
            <w:r w:rsidR="006A713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6A713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Ülke</w:t>
            </w:r>
            <w:proofErr w:type="spellEnd"/>
            <w:r w:rsidR="006A713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4ABB07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483042" w:rsidRPr="00130660" w14:paraId="5EBF2246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AE9AC6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Görevlendirme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Tarihleri</w:t>
            </w:r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746E7B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.... / .... / ........  –  .... / .... / ........</w:t>
            </w:r>
          </w:p>
        </w:tc>
      </w:tr>
      <w:tr w:rsidR="00483042" w:rsidRPr="00130660" w14:paraId="0DD207C7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92BD1B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Görevlendirme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Talep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Edilen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Toplam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Süre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6DA14E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........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gün</w:t>
            </w:r>
            <w:proofErr w:type="spellEnd"/>
          </w:p>
        </w:tc>
      </w:tr>
      <w:tr w:rsidR="00483042" w:rsidRPr="00130660" w14:paraId="515C091A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8119FC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Yolluk /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Yevmiye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Durumu</w:t>
            </w:r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CEB754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Yolluklu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yevmiyeli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</w:t>
            </w: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Yolluksuz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ve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yevmiyesiz</w:t>
            </w:r>
            <w:proofErr w:type="spellEnd"/>
          </w:p>
        </w:tc>
      </w:tr>
      <w:tr w:rsidR="00483042" w:rsidRPr="00130660" w14:paraId="1A314CE1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D60063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Açıklama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D9BCEA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14:paraId="705F0E8E" w14:textId="77777777" w:rsidR="00483042" w:rsidRPr="00130660" w:rsidRDefault="00000000">
      <w:pPr>
        <w:keepLines/>
        <w:spacing w:before="100" w:after="60"/>
        <w:rPr>
          <w:rFonts w:ascii="Times New Roman" w:eastAsia="Times New Roman" w:hAnsi="Times New Roman" w:cs="Times New Roman"/>
          <w:sz w:val="22"/>
          <w:szCs w:val="22"/>
        </w:rPr>
      </w:pPr>
      <w:r w:rsidRPr="00130660">
        <w:rPr>
          <w:rFonts w:ascii="Times New Roman" w:eastAsia="Times New Roman" w:hAnsi="Times New Roman" w:cs="Times New Roman"/>
          <w:b/>
          <w:bCs/>
          <w:sz w:val="22"/>
          <w:szCs w:val="22"/>
        </w:rPr>
        <w:t>2. İDARİ GÖREV / VEKÂLET BİLGİLERİ</w:t>
      </w:r>
    </w:p>
    <w:tbl>
      <w:tblPr>
        <w:tblStyle w:val="a1"/>
        <w:tblW w:w="10482" w:type="dxa"/>
        <w:jc w:val="center"/>
        <w:tblBorders>
          <w:top w:val="single" w:sz="6" w:space="0" w:color="7A7A7A"/>
          <w:left w:val="single" w:sz="6" w:space="0" w:color="7A7A7A"/>
          <w:bottom w:val="single" w:sz="6" w:space="0" w:color="7A7A7A"/>
          <w:right w:val="single" w:sz="6" w:space="0" w:color="7A7A7A"/>
          <w:insideH w:val="single" w:sz="6" w:space="0" w:color="7A7A7A"/>
          <w:insideV w:val="single" w:sz="6" w:space="0" w:color="7A7A7A"/>
        </w:tblBorders>
        <w:tblLayout w:type="fixed"/>
        <w:tblLook w:val="0400" w:firstRow="0" w:lastRow="0" w:firstColumn="0" w:lastColumn="0" w:noHBand="0" w:noVBand="1"/>
      </w:tblPr>
      <w:tblGrid>
        <w:gridCol w:w="5241"/>
        <w:gridCol w:w="5241"/>
      </w:tblGrid>
      <w:tr w:rsidR="00483042" w:rsidRPr="00130660" w14:paraId="0F370B8C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BE4DFB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İdari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Görevim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C25B57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Bulunmaktadır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Bulunmamaktadır</w:t>
            </w:r>
            <w:proofErr w:type="spellEnd"/>
          </w:p>
        </w:tc>
      </w:tr>
      <w:tr w:rsidR="00483042" w:rsidRPr="00130660" w14:paraId="0C7BFBC2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C2C5C3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İdari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Görevin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Adı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29A3C1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483042" w:rsidRPr="00130660" w14:paraId="2A8EC920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75F063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Vekâlet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Bırakılacak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Kişi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93AE34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483042" w:rsidRPr="00130660" w14:paraId="4AECF99A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C687FF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Açıklama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(Varsa)</w:t>
            </w:r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5C2464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14:paraId="00306AA8" w14:textId="77777777" w:rsidR="00483042" w:rsidRPr="00130660" w:rsidRDefault="00000000">
      <w:pPr>
        <w:spacing w:before="100" w:after="8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130660">
        <w:rPr>
          <w:rFonts w:ascii="Times New Roman" w:eastAsia="Times New Roman" w:hAnsi="Times New Roman" w:cs="Times New Roman"/>
          <w:b/>
          <w:bCs/>
          <w:sz w:val="22"/>
          <w:szCs w:val="22"/>
        </w:rPr>
        <w:t>3. İMZA VE ONAY</w:t>
      </w:r>
    </w:p>
    <w:tbl>
      <w:tblPr>
        <w:tblStyle w:val="a2"/>
        <w:tblW w:w="5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35"/>
      </w:tblGrid>
      <w:tr w:rsidR="00456FA2" w:rsidRPr="00130660" w14:paraId="56442534" w14:textId="77777777" w:rsidTr="00456FA2">
        <w:trPr>
          <w:trHeight w:val="510"/>
        </w:trPr>
        <w:tc>
          <w:tcPr>
            <w:tcW w:w="5235" w:type="dxa"/>
            <w:tcBorders>
              <w:top w:val="single" w:sz="8" w:space="0" w:color="7A8792"/>
              <w:left w:val="single" w:sz="8" w:space="0" w:color="7A8792"/>
              <w:bottom w:val="single" w:sz="8" w:space="0" w:color="7A8792"/>
              <w:right w:val="single" w:sz="8" w:space="0" w:color="7A8792"/>
            </w:tcBorders>
            <w:shd w:val="clear" w:color="auto" w:fill="EAF0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C785D1C" w14:textId="77777777" w:rsidR="00456FA2" w:rsidRPr="00130660" w:rsidRDefault="00456F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Başvuru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Sahibi</w:t>
            </w:r>
            <w:proofErr w:type="spellEnd"/>
          </w:p>
        </w:tc>
      </w:tr>
      <w:tr w:rsidR="00456FA2" w:rsidRPr="00130660" w14:paraId="73FBF505" w14:textId="77777777" w:rsidTr="00456FA2">
        <w:trPr>
          <w:trHeight w:val="510"/>
        </w:trPr>
        <w:tc>
          <w:tcPr>
            <w:tcW w:w="5235" w:type="dxa"/>
            <w:tcBorders>
              <w:left w:val="single" w:sz="8" w:space="0" w:color="7A8792"/>
              <w:bottom w:val="single" w:sz="8" w:space="0" w:color="7A8792"/>
              <w:right w:val="single" w:sz="8" w:space="0" w:color="7A8792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F5410B6" w14:textId="77777777" w:rsidR="00456FA2" w:rsidRPr="00130660" w:rsidRDefault="00456F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Tarih:  …… / …… / …………</w:t>
            </w:r>
          </w:p>
        </w:tc>
      </w:tr>
      <w:tr w:rsidR="00456FA2" w:rsidRPr="00130660" w14:paraId="1B82C444" w14:textId="77777777" w:rsidTr="00456FA2">
        <w:trPr>
          <w:trHeight w:val="510"/>
        </w:trPr>
        <w:tc>
          <w:tcPr>
            <w:tcW w:w="5235" w:type="dxa"/>
            <w:tcBorders>
              <w:left w:val="single" w:sz="8" w:space="0" w:color="7A8792"/>
              <w:bottom w:val="single" w:sz="8" w:space="0" w:color="7A8792"/>
              <w:right w:val="single" w:sz="8" w:space="0" w:color="7A8792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3F3C2AB" w14:textId="77777777" w:rsidR="00456FA2" w:rsidRPr="00130660" w:rsidRDefault="00456F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Adı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Soyadı:  ................................</w:t>
            </w:r>
          </w:p>
        </w:tc>
      </w:tr>
      <w:tr w:rsidR="00456FA2" w:rsidRPr="00130660" w14:paraId="5D95E9F2" w14:textId="77777777" w:rsidTr="00456FA2">
        <w:trPr>
          <w:trHeight w:val="510"/>
        </w:trPr>
        <w:tc>
          <w:tcPr>
            <w:tcW w:w="5235" w:type="dxa"/>
            <w:tcBorders>
              <w:left w:val="single" w:sz="8" w:space="0" w:color="7A8792"/>
              <w:bottom w:val="single" w:sz="8" w:space="0" w:color="7A8792"/>
              <w:right w:val="single" w:sz="8" w:space="0" w:color="7A8792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2B0370E" w14:textId="77777777" w:rsidR="00456FA2" w:rsidRPr="00130660" w:rsidRDefault="00456F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İmza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:            ................................</w:t>
            </w:r>
          </w:p>
        </w:tc>
      </w:tr>
    </w:tbl>
    <w:p w14:paraId="5B3CCF0A" w14:textId="77777777" w:rsidR="00483042" w:rsidRPr="00130660" w:rsidRDefault="00483042">
      <w:pPr>
        <w:keepLines/>
        <w:spacing w:before="100"/>
        <w:rPr>
          <w:rFonts w:ascii="Times New Roman" w:eastAsia="Times New Roman" w:hAnsi="Times New Roman" w:cs="Times New Roman"/>
          <w:sz w:val="22"/>
          <w:szCs w:val="22"/>
        </w:rPr>
      </w:pPr>
    </w:p>
    <w:sectPr w:rsidR="00483042" w:rsidRPr="00130660">
      <w:pgSz w:w="12240" w:h="15840"/>
      <w:pgMar w:top="652" w:right="879" w:bottom="652" w:left="879" w:header="227" w:footer="28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9C9EF79-D3CA-F94E-BB07-2454E75C54C7}"/>
    <w:embedBold r:id="rId2" w:fontKey="{93AA7B2D-E475-D643-92A9-CCA55ABBFEB2}"/>
    <w:embedItalic r:id="rId3" w:fontKey="{36F5A6BF-58DD-8544-9CC8-C86FCCBF2B41}"/>
    <w:embedBoldItalic r:id="rId4" w:fontKey="{5135FA71-0F86-A64F-B689-4EBFA78F39D1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5" w:fontKey="{5BF4A8D9-8D3C-2F41-88F0-900DA1A1568A}"/>
    <w:embedBold r:id="rId6" w:fontKey="{F8A85124-A3C2-E247-AC40-AF68426D0456}"/>
    <w:embedItalic r:id="rId7" w:fontKey="{0B19150B-6208-6E45-A96B-9A88E0161F56}"/>
    <w:embedBoldItalic r:id="rId8" w:fontKey="{14711BF9-262A-7548-95B8-E35382FE43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11AB468B-B40B-E848-9375-54B45E970B14}"/>
    <w:embedBold r:id="rId10" w:fontKey="{2BF43508-B488-FC45-8F3A-FA62729B3923}"/>
    <w:embedItalic r:id="rId11" w:fontKey="{F463BEF0-4B4F-FB42-84E6-DABEC0315E61}"/>
    <w:embedBoldItalic r:id="rId12" w:fontKey="{42CD4E8F-7DAA-A144-A5F3-9FB3F02F8067}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  <w:embedRegular r:id="rId13" w:fontKey="{9B7743D3-E73A-AB45-ABB3-5307890C414A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14" w:fontKey="{49D562A8-2BC5-F04E-B8F2-822E359E43E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67141"/>
    <w:multiLevelType w:val="multilevel"/>
    <w:tmpl w:val="173490F6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51211811">
    <w:abstractNumId w:val="0"/>
  </w:num>
  <w:num w:numId="2" w16cid:durableId="1671369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2703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43328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83092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96249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042"/>
    <w:rsid w:val="00130660"/>
    <w:rsid w:val="001A3202"/>
    <w:rsid w:val="00204442"/>
    <w:rsid w:val="003366B0"/>
    <w:rsid w:val="00456FA2"/>
    <w:rsid w:val="00483042"/>
    <w:rsid w:val="005E2073"/>
    <w:rsid w:val="005E6E62"/>
    <w:rsid w:val="005E7391"/>
    <w:rsid w:val="006A713D"/>
    <w:rsid w:val="008774FD"/>
    <w:rsid w:val="00B3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04EA6"/>
  <w15:docId w15:val="{B2EC0911-589A-5F43-92B5-A82973E5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iuX0VPRp4ZqHmVqnFwvQ2KUAZw==">CgMxLjA4AHIhMV9hd05MS1k4ZVZ5YmdmelB5a2YyQjR5LUd5UG9zdDdV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Saniye Nur ERGAN</cp:lastModifiedBy>
  <cp:revision>3</cp:revision>
  <dcterms:created xsi:type="dcterms:W3CDTF">2026-09-16T16:37:00Z</dcterms:created>
  <dcterms:modified xsi:type="dcterms:W3CDTF">2026-10-16T11:28:00Z</dcterms:modified>
</cp:coreProperties>
</file>