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A028DA" w14:textId="77777777" w:rsidR="00483042" w:rsidRPr="00130660" w:rsidRDefault="004830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10481" w:type="dxa"/>
        <w:jc w:val="center"/>
        <w:tblLayout w:type="fixed"/>
        <w:tblLook w:val="0400" w:firstRow="0" w:lastRow="0" w:firstColumn="0" w:lastColumn="0" w:noHBand="0" w:noVBand="1"/>
      </w:tblPr>
      <w:tblGrid>
        <w:gridCol w:w="3493"/>
        <w:gridCol w:w="3494"/>
        <w:gridCol w:w="3494"/>
      </w:tblGrid>
      <w:tr w:rsidR="00483042" w:rsidRPr="00130660" w14:paraId="0EDDB48A" w14:textId="77777777">
        <w:trPr>
          <w:jc w:val="center"/>
        </w:trPr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C011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6DFA293" wp14:editId="0C6CC97B">
                  <wp:extent cx="558000" cy="54312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D881" w14:textId="77777777" w:rsidR="00483042" w:rsidRPr="00130660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T.C.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ORDU ÜNİVERSİTESİ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EĞİTİM FAKÜLTESİ</w:t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A954" w14:textId="77777777" w:rsidR="00483042" w:rsidRPr="00130660" w:rsidRDefault="00000000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7A32A0" wp14:editId="1EF4EDC8">
                  <wp:extent cx="558000" cy="54312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3CE5F" w14:textId="77777777" w:rsidR="00483042" w:rsidRPr="00130660" w:rsidRDefault="00000000">
      <w:pPr>
        <w:keepLines/>
        <w:spacing w:before="60"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AKADEMİK PERSONEL GÖREVLENDİRME TALEP FORMU</w:t>
      </w:r>
    </w:p>
    <w:p w14:paraId="11F11437" w14:textId="77777777" w:rsidR="00483042" w:rsidRPr="00130660" w:rsidRDefault="00483042">
      <w:pPr>
        <w:keepLines/>
        <w:pBdr>
          <w:bottom w:val="single" w:sz="12" w:space="1" w:color="C6A15B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</w:p>
    <w:p w14:paraId="68A14590" w14:textId="77777777" w:rsidR="00483042" w:rsidRPr="00130660" w:rsidRDefault="00483042">
      <w:pPr>
        <w:keepLines/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F69F60" w14:textId="77777777" w:rsidR="00483042" w:rsidRPr="00130660" w:rsidRDefault="00000000">
      <w:pPr>
        <w:keepLines/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........................................................ BÖLÜM BAŞKANLIĞINA</w:t>
      </w:r>
    </w:p>
    <w:p w14:paraId="494CD53B" w14:textId="77777777" w:rsidR="00483042" w:rsidRPr="00130660" w:rsidRDefault="00483042">
      <w:pPr>
        <w:keepLines/>
        <w:spacing w:after="80" w:line="252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39D0A7B" w14:textId="77777777" w:rsidR="00483042" w:rsidRPr="00130660" w:rsidRDefault="00000000">
      <w:pPr>
        <w:keepLines/>
        <w:spacing w:after="80"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İlgili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mevzuat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hükümleri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uyarınca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aşağıda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belirtilen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amaç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yer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ve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tarihler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kapsamında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görevlendirilmek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istiyorum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AA7E68D" w14:textId="77777777" w:rsidR="00483042" w:rsidRPr="00130660" w:rsidRDefault="00000000">
      <w:pPr>
        <w:keepLines/>
        <w:spacing w:after="100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Bilgilerinizi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ve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gereğini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arz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ederim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6448F34" w14:textId="77777777" w:rsidR="00483042" w:rsidRPr="00130660" w:rsidRDefault="00483042">
      <w:pPr>
        <w:keepLines/>
        <w:spacing w:after="10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36B1E1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1. PERSONEL VE GÖREVLENDİRME BİLGİLERİ</w:t>
      </w:r>
    </w:p>
    <w:tbl>
      <w:tblPr>
        <w:tblStyle w:val="a0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AF2A10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052E57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Ünvanı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Soyadı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73A198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4527294E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918073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Bölümü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Anabilim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Dalı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D9D758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153277D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A68631D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Amacı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1AF17D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Lisansüstü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Eğitim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Araştırma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</w:t>
            </w: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Kongre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Katılımı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Diğer</w:t>
            </w:r>
            <w:proofErr w:type="spellEnd"/>
          </w:p>
        </w:tc>
      </w:tr>
      <w:tr w:rsidR="00483042" w:rsidRPr="00130660" w14:paraId="26F5D9BB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C2B1ED5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Yeri /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Kurumu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D4ABB0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5EBF224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0AE9AC6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Tarihleri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5746E7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.... / .... / ........  –  .... / .... / ........</w:t>
            </w:r>
          </w:p>
        </w:tc>
      </w:tr>
      <w:tr w:rsidR="00483042" w:rsidRPr="00130660" w14:paraId="0DD207C7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592BD1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Talep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Edilen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Toplam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Süre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6DA14E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........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gün</w:t>
            </w:r>
            <w:proofErr w:type="spellEnd"/>
          </w:p>
        </w:tc>
      </w:tr>
      <w:tr w:rsidR="00483042" w:rsidRPr="00130660" w14:paraId="515C091A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D8119FC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Yolluk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Yevmiye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Durumu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CCEB75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Yolluklu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ve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yevmiyeli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</w:t>
            </w: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Yolluksuz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ve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yevmiyesiz</w:t>
            </w:r>
            <w:proofErr w:type="spellEnd"/>
          </w:p>
        </w:tc>
      </w:tr>
      <w:tr w:rsidR="00483042" w:rsidRPr="00130660" w14:paraId="1A314CE1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2D60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Açıklama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6D9BCEA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705F0E8E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2. İDARİ GÖREV / VEKÂLET BİLGİLERİ</w:t>
      </w:r>
    </w:p>
    <w:tbl>
      <w:tblPr>
        <w:tblStyle w:val="a1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F370B8C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9BE4DF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İdari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Görevim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4C25B5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Bulunmaktadır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Bulunmamaktadır</w:t>
            </w:r>
            <w:proofErr w:type="spellEnd"/>
          </w:p>
        </w:tc>
      </w:tr>
      <w:tr w:rsidR="00483042" w:rsidRPr="00130660" w14:paraId="0C7BFBC2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DC2C5C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İdari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Görevin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429A3C1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2A8EC92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75F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Vekâlet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Bırakılacak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Kişi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693AE3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4AECF99A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2C687F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Açıklama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(Varsa)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55C246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0306AA8" w14:textId="77777777" w:rsidR="00483042" w:rsidRPr="00130660" w:rsidRDefault="00000000">
      <w:pPr>
        <w:spacing w:before="100" w:after="8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3. İMZA VE ONAY</w:t>
      </w:r>
    </w:p>
    <w:tbl>
      <w:tblPr>
        <w:tblStyle w:val="a2"/>
        <w:tblW w:w="104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5235"/>
      </w:tblGrid>
      <w:tr w:rsidR="00483042" w:rsidRPr="00130660" w14:paraId="56442534" w14:textId="77777777">
        <w:trPr>
          <w:trHeight w:val="510"/>
        </w:trPr>
        <w:tc>
          <w:tcPr>
            <w:tcW w:w="5235" w:type="dxa"/>
            <w:tcBorders>
              <w:top w:val="single" w:sz="8" w:space="0" w:color="7A8792"/>
              <w:left w:val="single" w:sz="8" w:space="0" w:color="7A8792"/>
              <w:bottom w:val="single" w:sz="8" w:space="0" w:color="7A8792"/>
              <w:right w:val="single" w:sz="8" w:space="0" w:color="7A8792"/>
            </w:tcBorders>
            <w:shd w:val="clear" w:color="auto" w:fill="EAF0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785D1C" w14:textId="77777777" w:rsidR="00483042" w:rsidRPr="001306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Başvuru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Sahibi</w:t>
            </w:r>
          </w:p>
        </w:tc>
        <w:tc>
          <w:tcPr>
            <w:tcW w:w="5235" w:type="dxa"/>
            <w:tcBorders>
              <w:top w:val="single" w:sz="8" w:space="0" w:color="7A8792"/>
              <w:bottom w:val="single" w:sz="8" w:space="0" w:color="7A8792"/>
              <w:right w:val="single" w:sz="8" w:space="0" w:color="7A8792"/>
            </w:tcBorders>
            <w:shd w:val="clear" w:color="auto" w:fill="EAF0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98F037" w14:textId="77777777" w:rsidR="00483042" w:rsidRPr="001306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Bölüm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Başkanı</w:t>
            </w:r>
          </w:p>
        </w:tc>
      </w:tr>
      <w:tr w:rsidR="00483042" w:rsidRPr="00130660" w14:paraId="73FBF505" w14:textId="77777777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F5410B6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Tarih:  …… / …… / …………</w:t>
            </w:r>
          </w:p>
        </w:tc>
        <w:tc>
          <w:tcPr>
            <w:tcW w:w="5235" w:type="dxa"/>
            <w:tcBorders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711E146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Tarih:  …… / …… / …………</w:t>
            </w:r>
          </w:p>
        </w:tc>
      </w:tr>
      <w:tr w:rsidR="00483042" w:rsidRPr="00130660" w14:paraId="1B82C444" w14:textId="77777777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F3C2A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Adı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Soyadı:  ................................</w:t>
            </w:r>
          </w:p>
        </w:tc>
        <w:tc>
          <w:tcPr>
            <w:tcW w:w="5235" w:type="dxa"/>
            <w:tcBorders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97FEBB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Adı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Soyadı:  ................................</w:t>
            </w:r>
          </w:p>
        </w:tc>
      </w:tr>
      <w:tr w:rsidR="00483042" w:rsidRPr="00130660" w14:paraId="5D95E9F2" w14:textId="77777777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B0370E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İmza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:            ................................</w:t>
            </w:r>
          </w:p>
        </w:tc>
        <w:tc>
          <w:tcPr>
            <w:tcW w:w="5235" w:type="dxa"/>
            <w:tcBorders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D3CB91A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İmza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:            ................................</w:t>
            </w:r>
          </w:p>
        </w:tc>
      </w:tr>
    </w:tbl>
    <w:p w14:paraId="5B3CCF0A" w14:textId="77777777" w:rsidR="00483042" w:rsidRPr="00130660" w:rsidRDefault="00483042">
      <w:pPr>
        <w:keepLines/>
        <w:spacing w:before="100"/>
        <w:rPr>
          <w:rFonts w:ascii="Times New Roman" w:eastAsia="Times New Roman" w:hAnsi="Times New Roman" w:cs="Times New Roman"/>
          <w:sz w:val="22"/>
          <w:szCs w:val="22"/>
        </w:rPr>
      </w:pPr>
    </w:p>
    <w:sectPr w:rsidR="00483042" w:rsidRPr="00130660">
      <w:pgSz w:w="12240" w:h="15840"/>
      <w:pgMar w:top="652" w:right="879" w:bottom="652" w:left="879" w:header="227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1701F6E-94E6-7946-B16D-444997B14694}"/>
    <w:embedBold r:id="rId2" w:fontKey="{38FECB45-653E-AB41-86CF-C4B29C361A16}"/>
    <w:embedItalic r:id="rId3" w:fontKey="{EB622109-402A-844C-A68D-768CC0F12252}"/>
    <w:embedBoldItalic r:id="rId4" w:fontKey="{1F41B1A1-9B19-1548-B991-DD3C3D34450C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5" w:fontKey="{20F6DB03-B882-8145-BAFC-9F51AC175A32}"/>
    <w:embedBold r:id="rId6" w:fontKey="{ED34F77C-F751-2446-A222-317F1F504E93}"/>
    <w:embedItalic r:id="rId7" w:fontKey="{4AB6FBD3-092B-E240-9897-DD8F6E387D06}"/>
    <w:embedBoldItalic r:id="rId8" w:fontKey="{57DE9CA9-299A-1E41-AAB2-DE2C46DB37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92991113-DCAE-A143-9C98-ACC3D6B3A03E}"/>
    <w:embedBold r:id="rId10" w:fontKey="{052D28EE-C818-C144-9769-3DB16A791116}"/>
    <w:embedItalic r:id="rId11" w:fontKey="{08459C99-4C70-564E-812C-AEF0ADE4F105}"/>
    <w:embedBoldItalic r:id="rId12" w:fontKey="{4C2E9F52-5CF9-9045-A59C-BB88E011A277}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  <w:embedRegular r:id="rId13" w:fontKey="{89A3FC27-0D79-C24D-89F5-27B294B9527F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4" w:fontKey="{00D1A62D-D937-234F-B024-F6665780C2D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67141"/>
    <w:multiLevelType w:val="multilevel"/>
    <w:tmpl w:val="173490F6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1211811">
    <w:abstractNumId w:val="0"/>
  </w:num>
  <w:num w:numId="2" w16cid:durableId="1671369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70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332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830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9624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42"/>
    <w:rsid w:val="00130660"/>
    <w:rsid w:val="001A3202"/>
    <w:rsid w:val="0048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04EA6"/>
  <w15:docId w15:val="{B2EC0911-589A-5F43-92B5-A82973E5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uX0VPRp4ZqHmVqnFwvQ2KUAZw==">CgMxLjA4AHIhMV9hd05MS1k4ZVZ5YmdmelB5a2YyQjR5LUd5UG9zdDdV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Saniye Ergan</cp:lastModifiedBy>
  <cp:revision>2</cp:revision>
  <dcterms:created xsi:type="dcterms:W3CDTF">2026-08-12T10:10:00Z</dcterms:created>
  <dcterms:modified xsi:type="dcterms:W3CDTF">2026-08-12T11:21:00Z</dcterms:modified>
</cp:coreProperties>
</file>