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1.999999999998" w:type="dxa"/>
        <w:jc w:val="center"/>
        <w:tblLayout w:type="fixed"/>
        <w:tblLook w:val="0400"/>
      </w:tblPr>
      <w:tblGrid>
        <w:gridCol w:w="3494"/>
        <w:gridCol w:w="3494"/>
        <w:gridCol w:w="3494"/>
        <w:tblGridChange w:id="0">
          <w:tblGrid>
            <w:gridCol w:w="3494"/>
            <w:gridCol w:w="3494"/>
            <w:gridCol w:w="349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</w:rPr>
              <w:drawing>
                <wp:inline distB="0" distT="0" distL="0" distR="0">
                  <wp:extent cx="558000" cy="54312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T.C.</w:t>
              <w:br w:type="textWrapping"/>
              <w:t xml:space="preserve">ORDU ÜNİVERSİTESİ</w:t>
              <w:br w:type="textWrapping"/>
              <w:t xml:space="preserve">EĞİTİM FAKÜLTESİ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</w:rPr>
              <w:drawing>
                <wp:inline distB="0" distT="0" distL="0" distR="0">
                  <wp:extent cx="558000" cy="54312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100" w:before="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ÜSTTEN DERS ALMA BAŞVURU FORMU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c6a15b" w:space="1" w:sz="12" w:val="single"/>
        </w:pBdr>
        <w:spacing w:after="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40" w:lineRule="auto"/>
        <w:jc w:val="center"/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........................................................ BÖLÜM BAŞKANLIĞINA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00" w:line="252.00000000000003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="252.00000000000003" w:lineRule="auto"/>
        <w:ind w:firstLine="851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Bölümünüzün ........................................ numaralı .... sınıf öğrencisiyim. Alt sınıftaki tüm derslerden başarılı oldum ve genel ağırlıklı not ortalamam ............’tür. Ordu Üniversitesi Önlisans ve Lisans Eğitim-Öğretim ve Sınav Yönetmeliğinin ilgili maddesi gereği bir üst yarıyıldan aşağıda belirttiğim ders/dersleri almak istiyorum.</w:t>
      </w:r>
    </w:p>
    <w:p w:rsidR="00000000" w:rsidDel="00000000" w:rsidP="00000000" w:rsidRDefault="00000000" w:rsidRPr="00000000" w14:paraId="0000000B">
      <w:pPr>
        <w:spacing w:after="100" w:line="252.00000000000003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Gereğini arz ederim.      ....... / ....... / 20.....</w:t>
      </w:r>
    </w:p>
    <w:p w:rsidR="00000000" w:rsidDel="00000000" w:rsidP="00000000" w:rsidRDefault="00000000" w:rsidRPr="00000000" w14:paraId="0000000D">
      <w:pPr>
        <w:spacing w:after="8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2.0" w:type="dxa"/>
        <w:jc w:val="center"/>
        <w:tblLayout w:type="fixed"/>
        <w:tblLook w:val="0400"/>
      </w:tblPr>
      <w:tblGrid>
        <w:gridCol w:w="5241"/>
        <w:gridCol w:w="5241"/>
        <w:tblGridChange w:id="0">
          <w:tblGrid>
            <w:gridCol w:w="5241"/>
            <w:gridCol w:w="5241"/>
          </w:tblGrid>
        </w:tblGridChange>
      </w:tblGrid>
      <w:tr>
        <w:trPr>
          <w:cantSplit w:val="0"/>
          <w:tblHeader w:val="0"/>
        </w:trPr>
        <w:tc>
          <w:tcPr>
            <w:tcMar>
              <w:top w:w="15.0" w:type="dxa"/>
              <w:left w:w="0.0" w:type="dxa"/>
              <w:bottom w:w="15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EK-1  Not Durum Belgesi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0.0" w:type="dxa"/>
              <w:bottom w:w="15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Öğrenci Adı Soyadı :  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0.0" w:type="dxa"/>
              <w:bottom w:w="15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İletişim Numarası :  ................................</w:t>
            </w:r>
          </w:p>
        </w:tc>
        <w:tc>
          <w:tcPr>
            <w:tcMar>
              <w:top w:w="15.0" w:type="dxa"/>
              <w:left w:w="0.0" w:type="dxa"/>
              <w:bottom w:w="15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İmza                  :  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0.0" w:type="dxa"/>
              <w:bottom w:w="15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0.0" w:type="dxa"/>
              <w:bottom w:w="15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40" w:before="10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1. ALINMAK İSTENEN DERSLER</w:t>
      </w:r>
      <w:r w:rsidDel="00000000" w:rsidR="00000000" w:rsidRPr="00000000">
        <w:rPr>
          <w:rtl w:val="0"/>
        </w:rPr>
      </w:r>
    </w:p>
    <w:tbl>
      <w:tblPr>
        <w:tblStyle w:val="Table3"/>
        <w:tblW w:w="10455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1125"/>
        <w:gridCol w:w="1695"/>
        <w:gridCol w:w="5940"/>
        <w:gridCol w:w="1695"/>
        <w:tblGridChange w:id="0">
          <w:tblGrid>
            <w:gridCol w:w="1125"/>
            <w:gridCol w:w="1695"/>
            <w:gridCol w:w="5940"/>
            <w:gridCol w:w="1695"/>
          </w:tblGrid>
        </w:tblGridChange>
      </w:tblGrid>
      <w:tr>
        <w:trPr>
          <w:cantSplit w:val="0"/>
          <w:tblHeader w:val="0"/>
        </w:trPr>
        <w:tc>
          <w:tcPr>
            <w:shd w:fill="dce6f1" w:val="clear"/>
            <w:tcMar>
              <w:top w:w="65.0" w:type="dxa"/>
              <w:left w:w="60.0" w:type="dxa"/>
              <w:bottom w:w="65.0" w:type="dxa"/>
              <w:right w:w="6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Sıra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5.0" w:type="dxa"/>
              <w:left w:w="60.0" w:type="dxa"/>
              <w:bottom w:w="65.0" w:type="dxa"/>
              <w:right w:w="6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Ders Kodu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5.0" w:type="dxa"/>
              <w:left w:w="60.0" w:type="dxa"/>
              <w:bottom w:w="65.0" w:type="dxa"/>
              <w:right w:w="6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Dersin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5.0" w:type="dxa"/>
              <w:left w:w="60.0" w:type="dxa"/>
              <w:bottom w:w="65.0" w:type="dxa"/>
              <w:right w:w="6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Dersin AKTS’si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60.0" w:type="dxa"/>
              <w:bottom w:w="10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8">
      <w:pPr>
        <w:spacing w:after="40" w:before="100" w:lineRule="auto"/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before="10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2. ÜSTTEN DERS ALMA BAŞVURUSU KONTROL LİSTESİ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64646"/>
          <w:sz w:val="22"/>
          <w:szCs w:val="22"/>
          <w:rtl w:val="0"/>
        </w:rPr>
        <w:br w:type="textWrapping"/>
        <w:t xml:space="preserve">(Akademik Danışman / Sorumlu Öğretim Üyesi)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Lisans öğrencisi en az 2 yarıyıl öğrenimini tamamlamıştır.</w:t>
      </w:r>
    </w:p>
    <w:p w:rsidR="00000000" w:rsidDel="00000000" w:rsidP="00000000" w:rsidRDefault="00000000" w:rsidRPr="00000000" w14:paraId="0000002B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Öğrenci önceki yarıyıllarda alması gereken tüm derslerden başarılıdır.</w:t>
      </w:r>
    </w:p>
    <w:p w:rsidR="00000000" w:rsidDel="00000000" w:rsidP="00000000" w:rsidRDefault="00000000" w:rsidRPr="00000000" w14:paraId="0000002C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Öğrencinin transkripti ve GANO’su kontrol edilmiştir.</w:t>
      </w:r>
    </w:p>
    <w:p w:rsidR="00000000" w:rsidDel="00000000" w:rsidP="00000000" w:rsidRDefault="00000000" w:rsidRPr="00000000" w14:paraId="0000002D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GANO’ya göre talep edilen üstten ders yükü uygundur.</w:t>
      </w:r>
    </w:p>
    <w:p w:rsidR="00000000" w:rsidDel="00000000" w:rsidP="00000000" w:rsidRDefault="00000000" w:rsidRPr="00000000" w14:paraId="0000002E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1138321295"/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sz w:val="22"/>
              <w:szCs w:val="22"/>
              <w:rtl w:val="0"/>
            </w:rPr>
            <w:t xml:space="preserve">☐ 3.00–3.49 → En fazla 6 AKTS alabilir.        </w:t>
          </w:r>
        </w:sdtContent>
      </w:sdt>
    </w:p>
    <w:p w:rsidR="00000000" w:rsidDel="00000000" w:rsidP="00000000" w:rsidRDefault="00000000" w:rsidRPr="00000000" w14:paraId="0000002F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-1851891711"/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sz w:val="22"/>
              <w:szCs w:val="22"/>
              <w:rtl w:val="0"/>
            </w:rPr>
            <w:t xml:space="preserve">☐ 3.50 ve üzeri → En fazla 10 AKTS alabilir.</w:t>
          </w:r>
        </w:sdtContent>
      </w:sdt>
    </w:p>
    <w:p w:rsidR="00000000" w:rsidDel="00000000" w:rsidP="00000000" w:rsidRDefault="00000000" w:rsidRPr="00000000" w14:paraId="00000030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Talep edilen dersler üst sınıf dersidir ve ders programında saat çakışması bulunmamaktadır.</w:t>
      </w:r>
    </w:p>
    <w:p w:rsidR="00000000" w:rsidDel="00000000" w:rsidP="00000000" w:rsidRDefault="00000000" w:rsidRPr="00000000" w14:paraId="00000031">
      <w:pP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Öğrenci transkripti dilekçeye eklenmiştir.</w:t>
      </w:r>
    </w:p>
    <w:p w:rsidR="00000000" w:rsidDel="00000000" w:rsidP="00000000" w:rsidRDefault="00000000" w:rsidRPr="00000000" w14:paraId="00000032">
      <w:pPr>
        <w:spacing w:after="100" w:before="6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Danışman Görüşü: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Uygundur        ☐ Uygun Değildir</w:t>
      </w:r>
    </w:p>
    <w:p w:rsidR="00000000" w:rsidDel="00000000" w:rsidP="00000000" w:rsidRDefault="00000000" w:rsidRPr="00000000" w14:paraId="00000033">
      <w:pPr>
        <w:spacing w:after="100" w:before="6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82.0" w:type="dxa"/>
        <w:jc w:val="center"/>
        <w:tblLayout w:type="fixed"/>
        <w:tblLook w:val="0400"/>
      </w:tblPr>
      <w:tblGrid>
        <w:gridCol w:w="5241"/>
        <w:gridCol w:w="5241"/>
        <w:tblGridChange w:id="0">
          <w:tblGrid>
            <w:gridCol w:w="5241"/>
            <w:gridCol w:w="5241"/>
          </w:tblGrid>
        </w:tblGridChange>
      </w:tblGrid>
      <w:tr>
        <w:trPr>
          <w:cantSplit w:val="0"/>
          <w:tblHeader w:val="0"/>
        </w:trPr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Danışman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Bölüm Başkanı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Adı Soyadı :  ................................</w:t>
            </w:r>
          </w:p>
        </w:tc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Adı Soyadı     :  ................................</w:t>
            </w:r>
          </w:p>
        </w:tc>
      </w:tr>
      <w:tr>
        <w:trPr>
          <w:cantSplit w:val="0"/>
          <w:tblHeader w:val="0"/>
        </w:trPr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İmzası        :  ................................</w:t>
            </w:r>
          </w:p>
        </w:tc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İmzası            :  ................................</w:t>
            </w:r>
          </w:p>
        </w:tc>
      </w:tr>
      <w:tr>
        <w:trPr>
          <w:cantSplit w:val="0"/>
          <w:tblHeader w:val="0"/>
        </w:trPr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Tarih          :  ................................</w:t>
            </w:r>
          </w:p>
        </w:tc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Tarih               :  ................................</w:t>
            </w:r>
          </w:p>
        </w:tc>
      </w:tr>
      <w:tr>
        <w:trPr>
          <w:cantSplit w:val="0"/>
          <w:tblHeader w:val="0"/>
        </w:trPr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.0" w:type="dxa"/>
              <w:left w:w="0.0" w:type="dxa"/>
              <w:bottom w:w="5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before="6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95" w:top="595" w:left="879" w:right="87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rPr>
      <w:b w:val="1"/>
      <w:bCs w:val="1"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pdw2w7BZaMo5EYSmVqD2CYo0XQ==">CgMxLjAaIwoBMBIeChwIB0IYCg9UaW1lcyBOZXcgUm9tYW4SBUNhcmRvGiMKATESHgocCAdCGAoPVGltZXMgTmV3IFJvbWFuEgVDYXJkbzgAciExWkF3LXAwX0JNWUxSS3dMTzhWMWJyYm9TaTVaTFlYb2U=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2026-08-11T07:04:00Z</dcterms:created>
  <dc:creator>python-docx</dc:creator>
</cp:coreProperties>
</file>