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81.999999999998" w:type="dxa"/>
        <w:jc w:val="center"/>
        <w:tblLayout w:type="fixed"/>
        <w:tblLook w:val="0400"/>
      </w:tblPr>
      <w:tblGrid>
        <w:gridCol w:w="3494"/>
        <w:gridCol w:w="3494"/>
        <w:gridCol w:w="3494"/>
        <w:tblGridChange w:id="0">
          <w:tblGrid>
            <w:gridCol w:w="3494"/>
            <w:gridCol w:w="3494"/>
            <w:gridCol w:w="3494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</w:rPr>
              <w:drawing>
                <wp:inline distB="0" distT="0" distL="0" distR="0">
                  <wp:extent cx="540000" cy="52560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25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2"/>
                <w:szCs w:val="22"/>
                <w:rtl w:val="0"/>
              </w:rPr>
              <w:t xml:space="preserve">T.C.</w:t>
              <w:br w:type="textWrapping"/>
              <w:t xml:space="preserve">ORDU ÜNİVERSİTESİ</w:t>
              <w:br w:type="textWrapping"/>
              <w:t xml:space="preserve">EĞİTİM FAKÜLTESİ DEKANLIĞI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jc w:val="righ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</w:rPr>
              <w:drawing>
                <wp:inline distB="0" distT="0" distL="0" distR="0">
                  <wp:extent cx="540000" cy="525600"/>
                  <wp:effectExtent b="0" l="0" r="0" t="0"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25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80" w:before="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374d"/>
          <w:sz w:val="22"/>
          <w:szCs w:val="22"/>
          <w:rtl w:val="0"/>
        </w:rPr>
        <w:t xml:space="preserve">DERS EKLE - SİL BİLDİRİM FORMU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c6a15b" w:space="1" w:sz="12" w:val="single"/>
        </w:pBdr>
        <w:spacing w:after="2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40" w:before="8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374d"/>
          <w:sz w:val="22"/>
          <w:szCs w:val="22"/>
          <w:rtl w:val="0"/>
        </w:rPr>
        <w:t xml:space="preserve">1. ÖĞRENCİ BİLGİLERİ</w:t>
      </w:r>
      <w:r w:rsidDel="00000000" w:rsidR="00000000" w:rsidRPr="00000000">
        <w:rPr>
          <w:rtl w:val="0"/>
        </w:rPr>
      </w:r>
    </w:p>
    <w:tbl>
      <w:tblPr>
        <w:tblStyle w:val="Table2"/>
        <w:tblW w:w="10470.0" w:type="dxa"/>
        <w:jc w:val="center"/>
        <w:tblBorders>
          <w:top w:color="7a7a7a" w:space="0" w:sz="6" w:val="single"/>
          <w:left w:color="7a7a7a" w:space="0" w:sz="6" w:val="single"/>
          <w:bottom w:color="7a7a7a" w:space="0" w:sz="6" w:val="single"/>
          <w:right w:color="7a7a7a" w:space="0" w:sz="6" w:val="single"/>
          <w:insideH w:color="7a7a7a" w:space="0" w:sz="6" w:val="single"/>
          <w:insideV w:color="7a7a7a" w:space="0" w:sz="6" w:val="single"/>
        </w:tblBorders>
        <w:tblLayout w:type="fixed"/>
        <w:tblLook w:val="0400"/>
      </w:tblPr>
      <w:tblGrid>
        <w:gridCol w:w="2375.0000000000005"/>
        <w:gridCol w:w="8095"/>
        <w:tblGridChange w:id="0">
          <w:tblGrid>
            <w:gridCol w:w="2375.0000000000005"/>
            <w:gridCol w:w="8095"/>
          </w:tblGrid>
        </w:tblGridChange>
      </w:tblGrid>
      <w:tr>
        <w:trPr>
          <w:cantSplit w:val="0"/>
          <w:tblHeader w:val="0"/>
        </w:trPr>
        <w:tc>
          <w:tcPr>
            <w:shd w:fill="eef2f6" w:val="clear"/>
            <w:tcMar>
              <w:top w:w="50.0" w:type="dxa"/>
              <w:left w:w="80.0" w:type="dxa"/>
              <w:bottom w:w="5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Adı Soyadı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80.0" w:type="dxa"/>
              <w:bottom w:w="5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ef2f6" w:val="clear"/>
            <w:tcMar>
              <w:top w:w="50.0" w:type="dxa"/>
              <w:left w:w="80.0" w:type="dxa"/>
              <w:bottom w:w="5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Öğrenci 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80.0" w:type="dxa"/>
              <w:bottom w:w="5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ef2f6" w:val="clear"/>
            <w:tcMar>
              <w:top w:w="50.0" w:type="dxa"/>
              <w:left w:w="80.0" w:type="dxa"/>
              <w:bottom w:w="5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Bölüm / Program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80.0" w:type="dxa"/>
              <w:bottom w:w="5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ef2f6" w:val="clear"/>
            <w:tcMar>
              <w:top w:w="50.0" w:type="dxa"/>
              <w:left w:w="80.0" w:type="dxa"/>
              <w:bottom w:w="5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Sınıf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80.0" w:type="dxa"/>
              <w:bottom w:w="5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ef2f6" w:val="clear"/>
            <w:tcMar>
              <w:top w:w="50.0" w:type="dxa"/>
              <w:left w:w="80.0" w:type="dxa"/>
              <w:bottom w:w="5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Telefon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80.0" w:type="dxa"/>
              <w:bottom w:w="5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ef2f6" w:val="clear"/>
            <w:tcMar>
              <w:top w:w="50.0" w:type="dxa"/>
              <w:left w:w="80.0" w:type="dxa"/>
              <w:bottom w:w="5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E-Posta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80.0" w:type="dxa"/>
              <w:bottom w:w="5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ef2f6" w:val="clear"/>
            <w:tcMar>
              <w:top w:w="50.0" w:type="dxa"/>
              <w:left w:w="80.0" w:type="dxa"/>
              <w:bottom w:w="5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Başvuru Tarihi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80.0" w:type="dxa"/>
              <w:bottom w:w="5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40" w:before="8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374d"/>
          <w:sz w:val="22"/>
          <w:szCs w:val="22"/>
          <w:rtl w:val="0"/>
        </w:rPr>
        <w:t xml:space="preserve">2. EKLENECEK DERSLER</w:t>
      </w:r>
      <w:r w:rsidDel="00000000" w:rsidR="00000000" w:rsidRPr="00000000">
        <w:rPr>
          <w:rtl w:val="0"/>
        </w:rPr>
      </w:r>
    </w:p>
    <w:tbl>
      <w:tblPr>
        <w:tblStyle w:val="Table3"/>
        <w:tblW w:w="10482.0" w:type="dxa"/>
        <w:jc w:val="center"/>
        <w:tblBorders>
          <w:top w:color="7a7a7a" w:space="0" w:sz="6" w:val="single"/>
          <w:left w:color="7a7a7a" w:space="0" w:sz="6" w:val="single"/>
          <w:bottom w:color="7a7a7a" w:space="0" w:sz="6" w:val="single"/>
          <w:right w:color="7a7a7a" w:space="0" w:sz="6" w:val="single"/>
          <w:insideH w:color="7a7a7a" w:space="0" w:sz="6" w:val="single"/>
          <w:insideV w:color="7a7a7a" w:space="0" w:sz="6" w:val="single"/>
        </w:tblBorders>
        <w:tblLayout w:type="fixed"/>
        <w:tblLook w:val="0400"/>
      </w:tblPr>
      <w:tblGrid>
        <w:gridCol w:w="1701"/>
        <w:gridCol w:w="5287"/>
        <w:gridCol w:w="3494"/>
        <w:tblGridChange w:id="0">
          <w:tblGrid>
            <w:gridCol w:w="1701"/>
            <w:gridCol w:w="5287"/>
            <w:gridCol w:w="3494"/>
          </w:tblGrid>
        </w:tblGridChange>
      </w:tblGrid>
      <w:tr>
        <w:trPr>
          <w:cantSplit w:val="0"/>
          <w:tblHeader w:val="0"/>
        </w:trPr>
        <w:tc>
          <w:tcPr>
            <w:shd w:fill="dce6f1" w:val="clear"/>
            <w:tcMar>
              <w:top w:w="50.0" w:type="dxa"/>
              <w:left w:w="65.0" w:type="dxa"/>
              <w:bottom w:w="50.0" w:type="dxa"/>
              <w:right w:w="65.0" w:type="dxa"/>
            </w:tcMar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2"/>
                <w:szCs w:val="22"/>
                <w:rtl w:val="0"/>
              </w:rPr>
              <w:t xml:space="preserve">Ders Kodu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ce6f1" w:val="clear"/>
            <w:tcMar>
              <w:top w:w="50.0" w:type="dxa"/>
              <w:left w:w="65.0" w:type="dxa"/>
              <w:bottom w:w="50.0" w:type="dxa"/>
              <w:right w:w="65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2"/>
                <w:szCs w:val="22"/>
                <w:rtl w:val="0"/>
              </w:rPr>
              <w:t xml:space="preserve">Ders Adı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ce6f1" w:val="clear"/>
            <w:tcMar>
              <w:top w:w="50.0" w:type="dxa"/>
              <w:left w:w="65.0" w:type="dxa"/>
              <w:bottom w:w="50.0" w:type="dxa"/>
              <w:right w:w="65.0" w:type="dxa"/>
            </w:tcMar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2"/>
                <w:szCs w:val="22"/>
                <w:rtl w:val="0"/>
              </w:rPr>
              <w:t xml:space="preserve">AKTS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40" w:before="8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374d"/>
          <w:sz w:val="22"/>
          <w:szCs w:val="22"/>
          <w:rtl w:val="0"/>
        </w:rPr>
        <w:t xml:space="preserve">3. BIRAKILACAK DERSLER</w:t>
      </w:r>
      <w:r w:rsidDel="00000000" w:rsidR="00000000" w:rsidRPr="00000000">
        <w:rPr>
          <w:rtl w:val="0"/>
        </w:rPr>
      </w:r>
    </w:p>
    <w:tbl>
      <w:tblPr>
        <w:tblStyle w:val="Table4"/>
        <w:tblW w:w="10482.0" w:type="dxa"/>
        <w:jc w:val="center"/>
        <w:tblBorders>
          <w:top w:color="7a7a7a" w:space="0" w:sz="6" w:val="single"/>
          <w:left w:color="7a7a7a" w:space="0" w:sz="6" w:val="single"/>
          <w:bottom w:color="7a7a7a" w:space="0" w:sz="6" w:val="single"/>
          <w:right w:color="7a7a7a" w:space="0" w:sz="6" w:val="single"/>
          <w:insideH w:color="7a7a7a" w:space="0" w:sz="6" w:val="single"/>
          <w:insideV w:color="7a7a7a" w:space="0" w:sz="6" w:val="single"/>
        </w:tblBorders>
        <w:tblLayout w:type="fixed"/>
        <w:tblLook w:val="0400"/>
      </w:tblPr>
      <w:tblGrid>
        <w:gridCol w:w="1701"/>
        <w:gridCol w:w="5287"/>
        <w:gridCol w:w="3494"/>
        <w:tblGridChange w:id="0">
          <w:tblGrid>
            <w:gridCol w:w="1701"/>
            <w:gridCol w:w="5287"/>
            <w:gridCol w:w="3494"/>
          </w:tblGrid>
        </w:tblGridChange>
      </w:tblGrid>
      <w:tr>
        <w:trPr>
          <w:cantSplit w:val="0"/>
          <w:tblHeader w:val="0"/>
        </w:trPr>
        <w:tc>
          <w:tcPr>
            <w:shd w:fill="dce6f1" w:val="clear"/>
            <w:tcMar>
              <w:top w:w="50.0" w:type="dxa"/>
              <w:left w:w="65.0" w:type="dxa"/>
              <w:bottom w:w="50.0" w:type="dxa"/>
              <w:right w:w="65.0" w:type="dxa"/>
            </w:tcMar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2"/>
                <w:szCs w:val="22"/>
                <w:rtl w:val="0"/>
              </w:rPr>
              <w:t xml:space="preserve">Ders Kodu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ce6f1" w:val="clear"/>
            <w:tcMar>
              <w:top w:w="50.0" w:type="dxa"/>
              <w:left w:w="65.0" w:type="dxa"/>
              <w:bottom w:w="50.0" w:type="dxa"/>
              <w:right w:w="65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2"/>
                <w:szCs w:val="22"/>
                <w:rtl w:val="0"/>
              </w:rPr>
              <w:t xml:space="preserve">Ders Adı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ce6f1" w:val="clear"/>
            <w:tcMar>
              <w:top w:w="50.0" w:type="dxa"/>
              <w:left w:w="65.0" w:type="dxa"/>
              <w:bottom w:w="50.0" w:type="dxa"/>
              <w:right w:w="65.0" w:type="dxa"/>
            </w:tcMar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2"/>
                <w:szCs w:val="22"/>
                <w:rtl w:val="0"/>
              </w:rPr>
              <w:t xml:space="preserve">AKTS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65.0" w:type="dxa"/>
              <w:bottom w:w="70.0" w:type="dxa"/>
              <w:right w:w="65.0" w:type="dxa"/>
            </w:tcMar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spacing w:after="40" w:before="8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374d"/>
          <w:sz w:val="22"/>
          <w:szCs w:val="22"/>
          <w:rtl w:val="0"/>
        </w:rPr>
        <w:t xml:space="preserve">4. ÖĞRENCİ BEYANI</w:t>
      </w:r>
      <w:r w:rsidDel="00000000" w:rsidR="00000000" w:rsidRPr="00000000">
        <w:rPr>
          <w:rtl w:val="0"/>
        </w:rPr>
      </w:r>
    </w:p>
    <w:tbl>
      <w:tblPr>
        <w:tblStyle w:val="Table5"/>
        <w:tblW w:w="10482.0" w:type="dxa"/>
        <w:jc w:val="center"/>
        <w:tblLayout w:type="fixed"/>
        <w:tblLook w:val="0400"/>
      </w:tblPr>
      <w:tblGrid>
        <w:gridCol w:w="5241"/>
        <w:gridCol w:w="5241"/>
        <w:tblGridChange w:id="0">
          <w:tblGrid>
            <w:gridCol w:w="5241"/>
            <w:gridCol w:w="5241"/>
          </w:tblGrid>
        </w:tblGridChange>
      </w:tblGrid>
      <w:tr>
        <w:trPr>
          <w:cantSplit w:val="0"/>
          <w:tblHeader w:val="0"/>
        </w:trPr>
        <w:tc>
          <w:tcPr>
            <w:tcMar>
              <w:top w:w="10.0" w:type="dxa"/>
              <w:left w:w="0.0" w:type="dxa"/>
              <w:bottom w:w="10.0" w:type="dxa"/>
              <w:right w:w="130.0" w:type="dxa"/>
            </w:tcMar>
          </w:tcPr>
          <w:p w:rsidR="00000000" w:rsidDel="00000000" w:rsidP="00000000" w:rsidRDefault="00000000" w:rsidRPr="00000000" w14:paraId="00000043">
            <w:pPr>
              <w:spacing w:after="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☐  Başvuru bilgilerinin doğru olduğunu beyan ederim.</w:t>
            </w:r>
          </w:p>
          <w:p w:rsidR="00000000" w:rsidDel="00000000" w:rsidP="00000000" w:rsidRDefault="00000000" w:rsidRPr="00000000" w14:paraId="00000044">
            <w:pPr>
              <w:spacing w:after="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☐  AKTS yükümü kontrol ettim.</w:t>
            </w:r>
          </w:p>
        </w:tc>
        <w:tc>
          <w:tcPr>
            <w:tcMar>
              <w:top w:w="10.0" w:type="dxa"/>
              <w:left w:w="0.0" w:type="dxa"/>
              <w:bottom w:w="10.0" w:type="dxa"/>
              <w:right w:w="130.0" w:type="dxa"/>
            </w:tcMar>
          </w:tcPr>
          <w:p w:rsidR="00000000" w:rsidDel="00000000" w:rsidP="00000000" w:rsidRDefault="00000000" w:rsidRPr="00000000" w14:paraId="00000045">
            <w:pPr>
              <w:spacing w:after="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☐  Yanlış ders seçiminden doğacak sorumluluğun tarafıma ait olduğunu kabul ediyorum.</w:t>
            </w:r>
          </w:p>
        </w:tc>
      </w:tr>
    </w:tbl>
    <w:p w:rsidR="00000000" w:rsidDel="00000000" w:rsidP="00000000" w:rsidRDefault="00000000" w:rsidRPr="00000000" w14:paraId="00000046">
      <w:pPr>
        <w:spacing w:after="40" w:before="8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374d"/>
          <w:sz w:val="22"/>
          <w:szCs w:val="22"/>
          <w:rtl w:val="0"/>
        </w:rPr>
        <w:t xml:space="preserve">5. ONAY VE DANIŞMAN GÖRÜŞÜ</w:t>
      </w:r>
      <w:r w:rsidDel="00000000" w:rsidR="00000000" w:rsidRPr="00000000">
        <w:rPr>
          <w:rtl w:val="0"/>
        </w:rPr>
      </w:r>
    </w:p>
    <w:tbl>
      <w:tblPr>
        <w:tblStyle w:val="Table6"/>
        <w:tblW w:w="10482.0" w:type="dxa"/>
        <w:jc w:val="center"/>
        <w:tblBorders>
          <w:top w:color="7a7a7a" w:space="0" w:sz="6" w:val="single"/>
          <w:left w:color="7a7a7a" w:space="0" w:sz="6" w:val="single"/>
          <w:bottom w:color="7a7a7a" w:space="0" w:sz="6" w:val="single"/>
          <w:right w:color="7a7a7a" w:space="0" w:sz="6" w:val="single"/>
          <w:insideH w:color="7a7a7a" w:space="0" w:sz="6" w:val="single"/>
          <w:insideV w:color="7a7a7a" w:space="0" w:sz="6" w:val="single"/>
        </w:tblBorders>
        <w:tblLayout w:type="fixed"/>
        <w:tblLook w:val="0400"/>
      </w:tblPr>
      <w:tblGrid>
        <w:gridCol w:w="5241"/>
        <w:gridCol w:w="5241"/>
        <w:tblGridChange w:id="0">
          <w:tblGrid>
            <w:gridCol w:w="5241"/>
            <w:gridCol w:w="5241"/>
          </w:tblGrid>
        </w:tblGridChange>
      </w:tblGrid>
      <w:tr>
        <w:trPr>
          <w:cantSplit w:val="0"/>
          <w:tblHeader w:val="0"/>
        </w:trPr>
        <w:tc>
          <w:tcPr>
            <w:shd w:fill="dce6f1" w:val="clear"/>
            <w:tcMar>
              <w:top w:w="55.0" w:type="dxa"/>
              <w:left w:w="70.0" w:type="dxa"/>
              <w:bottom w:w="55.0" w:type="dxa"/>
              <w:right w:w="70.0" w:type="dxa"/>
            </w:tcMar>
          </w:tcPr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2"/>
                <w:szCs w:val="22"/>
                <w:rtl w:val="0"/>
              </w:rPr>
              <w:t xml:space="preserve">Öğrencinin İmzası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ce6f1" w:val="clear"/>
            <w:tcMar>
              <w:top w:w="55.0" w:type="dxa"/>
              <w:left w:w="70.0" w:type="dxa"/>
              <w:bottom w:w="55.0" w:type="dxa"/>
              <w:right w:w="70.0" w:type="dxa"/>
            </w:tcMar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2"/>
                <w:szCs w:val="22"/>
                <w:rtl w:val="0"/>
              </w:rPr>
              <w:t xml:space="preserve">Öğrenci Danışmanı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70.0" w:type="dxa"/>
              <w:bottom w:w="100.0" w:type="dxa"/>
              <w:right w:w="70.0" w:type="dxa"/>
            </w:tcMar>
          </w:tcPr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br w:type="textWrapping"/>
              <w:br w:type="textWrapping"/>
              <w:t xml:space="preserve">İmza: ................................</w:t>
            </w:r>
          </w:p>
        </w:tc>
        <w:tc>
          <w:tcPr>
            <w:tcMar>
              <w:top w:w="70.0" w:type="dxa"/>
              <w:left w:w="70.0" w:type="dxa"/>
              <w:bottom w:w="70.0" w:type="dxa"/>
              <w:right w:w="70.0" w:type="dxa"/>
            </w:tcMar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☐  Öğrencinin ders seçimi, ön koşul, ders yükü (AKTS) ve ilgili diğer hususlar tarafımdan incelenmiş olup talebi uygun bulunmuştur.</w:t>
            </w:r>
          </w:p>
          <w:p w:rsidR="00000000" w:rsidDel="00000000" w:rsidP="00000000" w:rsidRDefault="00000000" w:rsidRPr="00000000" w14:paraId="0000004B">
            <w:pPr>
              <w:spacing w:before="10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Adı Soyadı / İmza: ........................................................</w:t>
            </w:r>
          </w:p>
        </w:tc>
      </w:tr>
    </w:tbl>
    <w:p w:rsidR="00000000" w:rsidDel="00000000" w:rsidP="00000000" w:rsidRDefault="00000000" w:rsidRPr="00000000" w14:paraId="0000004C">
      <w:pPr>
        <w:spacing w:before="8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595" w:top="595" w:left="879" w:right="879" w:header="227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8"/>
        <w:szCs w:val="18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rPr>
      <w:b w:val="1"/>
      <w:bCs w:val="1"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zsG5FlatY1/lb1nZJNxSZLvjdA==">CgMxLjA4AHIhMVE5WGFpNll2ZF82eFhmZUZ6dm9VUXdlYmE4eUF4NXk2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2026-08-12T09:54:00Z</dcterms:created>
  <dc:creator>python-docx</dc:creator>
</cp:coreProperties>
</file>