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86532" w14:textId="77777777" w:rsidR="00132933" w:rsidRDefault="00132933" w:rsidP="00B653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10481" w:type="dxa"/>
        <w:jc w:val="center"/>
        <w:tblLayout w:type="fixed"/>
        <w:tblLook w:val="0400" w:firstRow="0" w:lastRow="0" w:firstColumn="0" w:lastColumn="0" w:noHBand="0" w:noVBand="1"/>
      </w:tblPr>
      <w:tblGrid>
        <w:gridCol w:w="3493"/>
        <w:gridCol w:w="3494"/>
        <w:gridCol w:w="3494"/>
      </w:tblGrid>
      <w:tr w:rsidR="00132933" w14:paraId="0926B23F" w14:textId="77777777">
        <w:trPr>
          <w:jc w:val="center"/>
        </w:trPr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099A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2FBEC6" wp14:editId="3BB69F8D">
                  <wp:extent cx="558000" cy="54312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3C01" w14:textId="77777777" w:rsidR="00132933" w:rsidRDefault="00000000" w:rsidP="00B653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374D"/>
                <w:sz w:val="24"/>
                <w:szCs w:val="24"/>
              </w:rPr>
              <w:t>T.C.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74D"/>
                <w:sz w:val="24"/>
                <w:szCs w:val="24"/>
              </w:rPr>
              <w:br/>
              <w:t>ORDU ÜNİVERSİTESİ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374D"/>
                <w:sz w:val="24"/>
                <w:szCs w:val="24"/>
              </w:rPr>
              <w:br/>
              <w:t>EĞİTİM FAKÜLTESİ</w:t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AAAC9" w14:textId="77777777" w:rsidR="00132933" w:rsidRDefault="00000000" w:rsidP="00B653E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13B418" wp14:editId="56F0EEAF">
                  <wp:extent cx="558000" cy="54312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90CA78" w14:textId="77777777" w:rsidR="00132933" w:rsidRDefault="00000000" w:rsidP="00B653E0">
      <w:pPr>
        <w:spacing w:after="4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t>İLAVE İKİ DERS BAŞVURU FORMU</w:t>
      </w:r>
    </w:p>
    <w:p w14:paraId="49B41E2F" w14:textId="77777777" w:rsidR="00132933" w:rsidRDefault="00000000" w:rsidP="00B653E0">
      <w:pPr>
        <w:spacing w:after="6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 BÖLÜM BAŞKANLIĞINA</w:t>
      </w:r>
    </w:p>
    <w:p w14:paraId="1DF6BA95" w14:textId="77777777" w:rsidR="00132933" w:rsidRDefault="00132933" w:rsidP="00B653E0">
      <w:pPr>
        <w:pBdr>
          <w:bottom w:val="single" w:sz="10" w:space="0" w:color="C39A50"/>
        </w:pBdr>
        <w:spacing w:after="2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0A0E0" w14:textId="77777777" w:rsidR="00132933" w:rsidRDefault="00000000" w:rsidP="00B653E0">
      <w:pPr>
        <w:spacing w:before="60"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t>1. ÖĞRENCİ BİLGİLERİ</w:t>
      </w:r>
    </w:p>
    <w:tbl>
      <w:tblPr>
        <w:tblStyle w:val="a0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0"/>
        <w:gridCol w:w="6900"/>
      </w:tblGrid>
      <w:tr w:rsidR="00132933" w14:paraId="7FBCB74B" w14:textId="77777777">
        <w:trPr>
          <w:jc w:val="center"/>
        </w:trPr>
        <w:tc>
          <w:tcPr>
            <w:tcW w:w="245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087470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6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67B5F8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</w:t>
            </w:r>
          </w:p>
        </w:tc>
      </w:tr>
      <w:tr w:rsidR="00132933" w14:paraId="7B73C75C" w14:textId="77777777">
        <w:trPr>
          <w:jc w:val="center"/>
        </w:trPr>
        <w:tc>
          <w:tcPr>
            <w:tcW w:w="245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D0AE0A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</w:t>
            </w:r>
          </w:p>
        </w:tc>
        <w:tc>
          <w:tcPr>
            <w:tcW w:w="6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B1576D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</w:t>
            </w:r>
          </w:p>
        </w:tc>
      </w:tr>
      <w:tr w:rsidR="00132933" w14:paraId="48B1B758" w14:textId="77777777">
        <w:trPr>
          <w:jc w:val="center"/>
        </w:trPr>
        <w:tc>
          <w:tcPr>
            <w:tcW w:w="245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B421AA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Bölüm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Program</w:t>
            </w:r>
          </w:p>
        </w:tc>
        <w:tc>
          <w:tcPr>
            <w:tcW w:w="6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7C395E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</w:t>
            </w:r>
          </w:p>
        </w:tc>
      </w:tr>
      <w:tr w:rsidR="00132933" w14:paraId="0B1ADE39" w14:textId="77777777">
        <w:trPr>
          <w:jc w:val="center"/>
        </w:trPr>
        <w:tc>
          <w:tcPr>
            <w:tcW w:w="245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D38FE5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6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4437BC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</w:t>
            </w:r>
          </w:p>
        </w:tc>
      </w:tr>
      <w:tr w:rsidR="00132933" w14:paraId="39869ACC" w14:textId="77777777">
        <w:trPr>
          <w:jc w:val="center"/>
        </w:trPr>
        <w:tc>
          <w:tcPr>
            <w:tcW w:w="245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CBE9A8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CF874E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</w:t>
            </w:r>
          </w:p>
        </w:tc>
      </w:tr>
      <w:tr w:rsidR="00132933" w14:paraId="21CBCCB0" w14:textId="77777777">
        <w:trPr>
          <w:jc w:val="center"/>
        </w:trPr>
        <w:tc>
          <w:tcPr>
            <w:tcW w:w="245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ED4751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Başvuru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</w:t>
            </w:r>
            <w:proofErr w:type="spellEnd"/>
          </w:p>
        </w:tc>
        <w:tc>
          <w:tcPr>
            <w:tcW w:w="69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D5EC01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.... / .... / 20....     </w:t>
            </w:r>
          </w:p>
        </w:tc>
      </w:tr>
    </w:tbl>
    <w:p w14:paraId="7C0CB5A5" w14:textId="4EFE32CB" w:rsidR="00132933" w:rsidRDefault="00B653E0" w:rsidP="00B653E0">
      <w:pPr>
        <w:spacing w:before="60"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br/>
      </w:r>
      <w:r w:rsidR="00000000"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t>2. ÖĞRENCİ BEYANI</w:t>
      </w:r>
    </w:p>
    <w:p w14:paraId="0EA1753A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İlave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almam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hâlinde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mezun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olabilecek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durumdayım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1AF654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dersim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bulunmamaktadır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68E091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İlave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hakkından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önce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yararlanmadığımı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beyan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7BCB4D" w14:textId="77777777" w:rsidR="00132933" w:rsidRDefault="00132933" w:rsidP="00B653E0">
      <w:pPr>
        <w:spacing w:before="60" w:after="40" w:line="276" w:lineRule="auto"/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</w:pPr>
    </w:p>
    <w:p w14:paraId="6E3344C0" w14:textId="77777777" w:rsidR="00132933" w:rsidRDefault="00000000" w:rsidP="00B653E0">
      <w:pPr>
        <w:spacing w:before="60"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t>3. TALEP EDİLEN İLAVE DERSLER</w:t>
      </w:r>
    </w:p>
    <w:tbl>
      <w:tblPr>
        <w:tblStyle w:val="a1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"/>
        <w:gridCol w:w="1500"/>
        <w:gridCol w:w="3700"/>
        <w:gridCol w:w="800"/>
        <w:gridCol w:w="2830"/>
      </w:tblGrid>
      <w:tr w:rsidR="00132933" w14:paraId="23834BE6" w14:textId="77777777">
        <w:trPr>
          <w:jc w:val="center"/>
        </w:trPr>
        <w:tc>
          <w:tcPr>
            <w:tcW w:w="52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E17CA6" w14:textId="77777777" w:rsidR="00132933" w:rsidRDefault="00000000" w:rsidP="00B653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0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77D2BB" w14:textId="77777777" w:rsidR="00132933" w:rsidRDefault="00000000" w:rsidP="00B653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Ders Kodu</w:t>
            </w:r>
          </w:p>
        </w:tc>
        <w:tc>
          <w:tcPr>
            <w:tcW w:w="370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DC3563" w14:textId="77777777" w:rsidR="00132933" w:rsidRDefault="00000000" w:rsidP="00B653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Ders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80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F8EE8F" w14:textId="77777777" w:rsidR="00132933" w:rsidRDefault="00000000" w:rsidP="00B653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AKTS</w:t>
            </w:r>
          </w:p>
        </w:tc>
        <w:tc>
          <w:tcPr>
            <w:tcW w:w="2830" w:type="dxa"/>
            <w:shd w:val="clear" w:color="auto" w:fill="E9EEF2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E4A464" w14:textId="77777777" w:rsidR="00132933" w:rsidRDefault="00000000" w:rsidP="00B653E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Öğretim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Elemanı</w:t>
            </w:r>
            <w:proofErr w:type="spellEnd"/>
          </w:p>
        </w:tc>
      </w:tr>
      <w:tr w:rsidR="00132933" w14:paraId="1CCF6853" w14:textId="77777777">
        <w:trPr>
          <w:jc w:val="center"/>
        </w:trPr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037989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5A8BCF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B2549A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644799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1BA682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33" w14:paraId="3FF7970E" w14:textId="77777777">
        <w:trPr>
          <w:jc w:val="center"/>
        </w:trPr>
        <w:tc>
          <w:tcPr>
            <w:tcW w:w="52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E1FA3D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49E372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A75026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BAA371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1CCD29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1C6707" w14:textId="08EF74C2" w:rsidR="00132933" w:rsidRDefault="00000000" w:rsidP="00B653E0">
      <w:pPr>
        <w:spacing w:after="8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Gereğini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ederim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    ....... / ....... / 20.....</w:t>
      </w:r>
    </w:p>
    <w:tbl>
      <w:tblPr>
        <w:tblStyle w:val="a2"/>
        <w:tblW w:w="10482" w:type="dxa"/>
        <w:jc w:val="center"/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132933" w14:paraId="78D43A2A" w14:textId="77777777">
        <w:trPr>
          <w:jc w:val="center"/>
        </w:trPr>
        <w:tc>
          <w:tcPr>
            <w:tcW w:w="5241" w:type="dxa"/>
            <w:tcMar>
              <w:top w:w="15" w:type="dxa"/>
              <w:left w:w="0" w:type="dxa"/>
              <w:bottom w:w="15" w:type="dxa"/>
              <w:right w:w="100" w:type="dxa"/>
            </w:tcMar>
          </w:tcPr>
          <w:p w14:paraId="32A95B6C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EK-1  Not Durum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Belgesi</w:t>
            </w:r>
            <w:proofErr w:type="spellEnd"/>
          </w:p>
        </w:tc>
        <w:tc>
          <w:tcPr>
            <w:tcW w:w="5241" w:type="dxa"/>
            <w:tcMar>
              <w:top w:w="15" w:type="dxa"/>
              <w:left w:w="0" w:type="dxa"/>
              <w:bottom w:w="15" w:type="dxa"/>
              <w:right w:w="100" w:type="dxa"/>
            </w:tcMar>
          </w:tcPr>
          <w:p w14:paraId="26251CF2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Soyadı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 ........................................</w:t>
            </w:r>
          </w:p>
        </w:tc>
      </w:tr>
      <w:tr w:rsidR="00132933" w14:paraId="34034A32" w14:textId="77777777">
        <w:trPr>
          <w:jc w:val="center"/>
        </w:trPr>
        <w:tc>
          <w:tcPr>
            <w:tcW w:w="5241" w:type="dxa"/>
            <w:tcMar>
              <w:top w:w="15" w:type="dxa"/>
              <w:left w:w="0" w:type="dxa"/>
              <w:bottom w:w="15" w:type="dxa"/>
              <w:right w:w="100" w:type="dxa"/>
            </w:tcMar>
          </w:tcPr>
          <w:p w14:paraId="00C85DB0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Mar>
              <w:top w:w="15" w:type="dxa"/>
              <w:left w:w="0" w:type="dxa"/>
              <w:bottom w:w="15" w:type="dxa"/>
              <w:right w:w="100" w:type="dxa"/>
            </w:tcMar>
          </w:tcPr>
          <w:p w14:paraId="21BEE927" w14:textId="77777777" w:rsidR="00132933" w:rsidRDefault="00000000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İmza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:  ........................................</w:t>
            </w:r>
          </w:p>
        </w:tc>
      </w:tr>
      <w:tr w:rsidR="00132933" w14:paraId="301C6A39" w14:textId="77777777">
        <w:trPr>
          <w:jc w:val="center"/>
        </w:trPr>
        <w:tc>
          <w:tcPr>
            <w:tcW w:w="5241" w:type="dxa"/>
            <w:tcMar>
              <w:top w:w="15" w:type="dxa"/>
              <w:left w:w="0" w:type="dxa"/>
              <w:bottom w:w="15" w:type="dxa"/>
              <w:right w:w="100" w:type="dxa"/>
            </w:tcMar>
          </w:tcPr>
          <w:p w14:paraId="7D423B03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Mar>
              <w:top w:w="15" w:type="dxa"/>
              <w:left w:w="0" w:type="dxa"/>
              <w:bottom w:w="15" w:type="dxa"/>
              <w:right w:w="100" w:type="dxa"/>
            </w:tcMar>
          </w:tcPr>
          <w:p w14:paraId="70DED849" w14:textId="77777777" w:rsidR="00132933" w:rsidRDefault="00132933" w:rsidP="00B653E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23D05E" w14:textId="77777777" w:rsidR="00132933" w:rsidRDefault="00000000" w:rsidP="00B653E0">
      <w:pPr>
        <w:spacing w:before="60"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t>4. BAŞVURU EKLERİ</w:t>
      </w:r>
    </w:p>
    <w:p w14:paraId="71FD80CF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Güncel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Transkript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(Not Durum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Belgesi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Diğer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........................................................</w:t>
      </w:r>
    </w:p>
    <w:p w14:paraId="25437D29" w14:textId="77777777" w:rsidR="00132933" w:rsidRDefault="00000000" w:rsidP="00B653E0">
      <w:pPr>
        <w:spacing w:before="60"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t>5. AKADEMİK DANIŞMAN GÖRÜŞÜ</w:t>
      </w:r>
    </w:p>
    <w:p w14:paraId="29256064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Öğrenci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mezuniyet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aşamasındadır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EFB5A5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İlave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dersleri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alması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hâlinde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mezun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olabileceği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değerlendirilmiştir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184233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edilen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derslerin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alınmasında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sakınca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bulunmamaktadır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B06E66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Uygundur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☐ Uygun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Değildir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Gerekçe: .................................................................</w:t>
      </w:r>
    </w:p>
    <w:p w14:paraId="30883106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Soyadı: ........................................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İmza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   Tarih: .... / .... / 20....</w:t>
      </w:r>
    </w:p>
    <w:p w14:paraId="73CD7138" w14:textId="77777777" w:rsidR="00132933" w:rsidRDefault="00132933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7D5A78" w14:textId="77777777" w:rsidR="00132933" w:rsidRDefault="00000000" w:rsidP="00B653E0">
      <w:pPr>
        <w:spacing w:before="60"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</w:rPr>
        <w:t>6. BÖLÜM BAŞKANLIĞI GÖRÜŞÜ</w:t>
      </w:r>
    </w:p>
    <w:p w14:paraId="03048171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☐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Uygundur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☐ Uygun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Değildir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Gerekçe: .................................................................</w:t>
      </w:r>
    </w:p>
    <w:p w14:paraId="5EE68957" w14:textId="77777777" w:rsidR="00132933" w:rsidRDefault="00000000" w:rsidP="00B653E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Soyadı: ........................................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İmza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   Tarih: .... / .... / 20....</w:t>
      </w:r>
    </w:p>
    <w:sectPr w:rsidR="00132933">
      <w:pgSz w:w="11906" w:h="16838"/>
      <w:pgMar w:top="369" w:right="765" w:bottom="369" w:left="765" w:header="227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0EF4EC9-E579-8A44-951C-7FC544CD3687}"/>
    <w:embedBold r:id="rId2" w:fontKey="{D3C786FA-033A-BB4E-B32A-CD7426EAD9F2}"/>
    <w:embedItalic r:id="rId3" w:fontKey="{1C0749F7-9013-8043-85ED-EBD1A75C6129}"/>
    <w:embedBoldItalic r:id="rId4" w:fontKey="{6C361371-740B-B541-8B05-B0FCF681503B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5" w:fontKey="{0F99E976-55ED-0745-A770-014DBB485C38}"/>
    <w:embedBold r:id="rId6" w:fontKey="{33D568C3-3356-B049-9629-E2523C993F0C}"/>
    <w:embedItalic r:id="rId7" w:fontKey="{A9631BD8-2813-3D4B-8774-61DB68ACE454}"/>
    <w:embedBoldItalic r:id="rId8" w:fontKey="{DA181B5A-C893-2C46-A84B-F8A116EA7A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B6B19507-EAFB-A542-89D7-3F57600736F7}"/>
    <w:embedBold r:id="rId10" w:fontKey="{705FE25F-E6DB-4F4B-999C-DA2F8D701CC1}"/>
    <w:embedItalic r:id="rId11" w:fontKey="{3A9A18D1-21AD-FE47-8055-F88FA11A8A1F}"/>
    <w:embedBoldItalic r:id="rId12" w:fontKey="{347FBC95-D131-6C46-BF7E-375AB264732D}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3" w:fontKey="{F57446AC-9A30-BF48-B5C6-3247FF7361B0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4" w:fontKey="{13DFD817-F7DB-4744-9768-5E6EA890596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2B33B0"/>
    <w:multiLevelType w:val="multilevel"/>
    <w:tmpl w:val="292858A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6437836">
    <w:abstractNumId w:val="0"/>
  </w:num>
  <w:num w:numId="2" w16cid:durableId="366879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593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9992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999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5838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933"/>
    <w:rsid w:val="00132933"/>
    <w:rsid w:val="001A3202"/>
    <w:rsid w:val="00B6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F8C734"/>
  <w15:docId w15:val="{B2EC0911-589A-5F43-92B5-A82973E5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fGsG+r9bK1ohi36tybb1Ohhgow==">CgMxLjA4AHIhMTA2M3llYmhjeEQ1N1FvVFJEMm5SXzN6SlBhWndaM0dY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Saniye Ergan</cp:lastModifiedBy>
  <cp:revision>2</cp:revision>
  <dcterms:created xsi:type="dcterms:W3CDTF">2026-08-12T10:16:00Z</dcterms:created>
  <dcterms:modified xsi:type="dcterms:W3CDTF">2026-08-12T11:22:00Z</dcterms:modified>
</cp:coreProperties>
</file>