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1.999999999998" w:type="dxa"/>
        <w:jc w:val="center"/>
        <w:tblLayout w:type="fixed"/>
        <w:tblLook w:val="0400"/>
      </w:tblPr>
      <w:tblGrid>
        <w:gridCol w:w="3494"/>
        <w:gridCol w:w="3494"/>
        <w:gridCol w:w="3494"/>
        <w:tblGridChange w:id="0">
          <w:tblGrid>
            <w:gridCol w:w="3494"/>
            <w:gridCol w:w="3494"/>
            <w:gridCol w:w="349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540000" cy="5256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T.C.</w:t>
              <w:br w:type="textWrapping"/>
              <w:t xml:space="preserve">ORDU ÜNİVERSİTESİ</w:t>
              <w:br w:type="textWrapping"/>
              <w:t xml:space="preserve">EĞİTİM FAKÜLTESİ DEKANLIĞI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</w:rPr>
              <w:drawing>
                <wp:inline distB="0" distT="0" distL="0" distR="0">
                  <wp:extent cx="540000" cy="525600"/>
                  <wp:effectExtent b="0" l="0" r="0" t="0"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5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80" w:before="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MUAFİYET BAŞVURU DİLEKÇESİ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6a15b" w:space="1" w:sz="12" w:val="single"/>
        </w:pBdr>
        <w:spacing w:after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1. ÖĞRENCİ BİLGİLERİ</w:t>
      </w:r>
      <w:r w:rsidDel="00000000" w:rsidR="00000000" w:rsidRPr="00000000">
        <w:rPr>
          <w:rtl w:val="0"/>
        </w:rPr>
      </w:r>
    </w:p>
    <w:tbl>
      <w:tblPr>
        <w:tblStyle w:val="Table2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Adı Soyadı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T.C. Kimlik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ODÜ Öğrenci Numarası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Başvurulan Bölümü / Programı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Başvurulan Sınıf Seviyesi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E-Posta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2. ÖNCEKİ ÖĞRENİM BİLGİLERİ</w:t>
      </w:r>
      <w:r w:rsidDel="00000000" w:rsidR="00000000" w:rsidRPr="00000000">
        <w:rPr>
          <w:rtl w:val="0"/>
        </w:rPr>
      </w:r>
    </w:p>
    <w:tbl>
      <w:tblPr>
        <w:tblStyle w:val="Table3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Üniversite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Fakülte / Yüksekokul / MYO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Bölüm /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0.0" w:type="dxa"/>
              <w:left w:w="80.0" w:type="dxa"/>
              <w:bottom w:w="5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3. BAŞVURU BEYANI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Kesin kayıt yaptırdım.</w:t>
      </w:r>
    </w:p>
    <w:p w:rsidR="00000000" w:rsidDel="00000000" w:rsidP="00000000" w:rsidRDefault="00000000" w:rsidRPr="00000000" w14:paraId="0000001F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Daha önce başarılı olduğum derslerden muaf olmak istiyorum.</w:t>
      </w:r>
    </w:p>
    <w:p w:rsidR="00000000" w:rsidDel="00000000" w:rsidP="00000000" w:rsidRDefault="00000000" w:rsidRPr="00000000" w14:paraId="00000020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Bilgi ve belgelerimin doğru olduğunu beyan ediyorum.</w:t>
      </w:r>
    </w:p>
    <w:p w:rsidR="00000000" w:rsidDel="00000000" w:rsidP="00000000" w:rsidRDefault="00000000" w:rsidRPr="00000000" w14:paraId="00000021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Eksik veya hatalı belgelerden doğacak sorumluluğu kabul ediyorum.</w:t>
      </w:r>
    </w:p>
    <w:p w:rsidR="00000000" w:rsidDel="00000000" w:rsidP="00000000" w:rsidRDefault="00000000" w:rsidRPr="00000000" w14:paraId="00000022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4. EVRAK KONTROL LİSTESİ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Onaylı Transkript</w:t>
      </w:r>
    </w:p>
    <w:p w:rsidR="00000000" w:rsidDel="00000000" w:rsidP="00000000" w:rsidRDefault="00000000" w:rsidRPr="00000000" w14:paraId="00000024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Onaylı Ders İçerikleri (daha önce öğrenim görülen yükseköğretim kurumu tarafından onaylanmış; mühürlü, kaşeli ve imzalı)</w:t>
      </w:r>
    </w:p>
    <w:p w:rsidR="00000000" w:rsidDel="00000000" w:rsidP="00000000" w:rsidRDefault="00000000" w:rsidRPr="00000000" w14:paraId="00000025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Not Baremi</w:t>
      </w:r>
    </w:p>
    <w:p w:rsidR="00000000" w:rsidDel="00000000" w:rsidP="00000000" w:rsidRDefault="00000000" w:rsidRPr="00000000" w14:paraId="00000026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5. MUAFİYET TALEP EDİLEN DERSLER</w:t>
      </w:r>
      <w:r w:rsidDel="00000000" w:rsidR="00000000" w:rsidRPr="00000000">
        <w:rPr>
          <w:rtl w:val="0"/>
        </w:rPr>
      </w:r>
    </w:p>
    <w:tbl>
      <w:tblPr>
        <w:tblStyle w:val="Table4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567"/>
        <w:gridCol w:w="3119"/>
        <w:gridCol w:w="1134"/>
        <w:gridCol w:w="1276"/>
        <w:gridCol w:w="3118"/>
        <w:gridCol w:w="1268"/>
        <w:tblGridChange w:id="0">
          <w:tblGrid>
            <w:gridCol w:w="567"/>
            <w:gridCol w:w="3119"/>
            <w:gridCol w:w="1134"/>
            <w:gridCol w:w="1276"/>
            <w:gridCol w:w="3118"/>
            <w:gridCol w:w="1268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Sıra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Önceki Dersin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Alındığı Dönem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ODÜ Ders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ODÜ Ders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40.0" w:type="dxa"/>
              <w:left w:w="45.0" w:type="dxa"/>
              <w:bottom w:w="4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Dönemi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5.0" w:type="dxa"/>
              <w:left w:w="45.0" w:type="dxa"/>
              <w:bottom w:w="4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55.0" w:type="dxa"/>
              <w:left w:w="45.0" w:type="dxa"/>
              <w:bottom w:w="5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6. BEYAN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Yukarıda verdiğim bilgilerin doğru olduğunu, sunduğum belgelerin eksiksiz olduğunu ve muafiyet talebimin değerlendirilmesini arz ederim.</w:t>
      </w:r>
    </w:p>
    <w:tbl>
      <w:tblPr>
        <w:tblStyle w:val="Table5"/>
        <w:tblW w:w="10482.0" w:type="dxa"/>
        <w:jc w:val="right"/>
        <w:tblLayout w:type="fixed"/>
        <w:tblLook w:val="0400"/>
      </w:tblPr>
      <w:tblGrid>
        <w:gridCol w:w="7230"/>
        <w:gridCol w:w="3252"/>
        <w:tblGridChange w:id="0">
          <w:tblGrid>
            <w:gridCol w:w="7230"/>
            <w:gridCol w:w="3252"/>
          </w:tblGrid>
        </w:tblGridChange>
      </w:tblGrid>
      <w:tr>
        <w:trPr>
          <w:cantSplit w:val="0"/>
          <w:trHeight w:val="413" w:hRule="atLeast"/>
          <w:tblHeader w:val="0"/>
        </w:trPr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Tarih: .... / .... / 20....</w:t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Adı Soyadı: ........................</w:t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0.0" w:type="dxa"/>
              <w:left w:w="0.0" w:type="dxa"/>
              <w:bottom w:w="2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İmza: ........................</w:t>
            </w:r>
          </w:p>
        </w:tc>
      </w:tr>
    </w:tbl>
    <w:p w:rsidR="00000000" w:rsidDel="00000000" w:rsidP="00000000" w:rsidRDefault="00000000" w:rsidRPr="00000000" w14:paraId="000000A1">
      <w:pPr>
        <w:spacing w:after="40"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0"/>
          <w:szCs w:val="20"/>
          <w:rtl w:val="0"/>
        </w:rPr>
        <w:t xml:space="preserve">7. İDARİ PERSONEL EVRAK KONTROLÜ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Transkript</w:t>
      </w:r>
    </w:p>
    <w:p w:rsidR="00000000" w:rsidDel="00000000" w:rsidP="00000000" w:rsidRDefault="00000000" w:rsidRPr="00000000" w14:paraId="000000A3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Ders İçerikleri</w:t>
      </w:r>
    </w:p>
    <w:p w:rsidR="00000000" w:rsidDel="00000000" w:rsidP="00000000" w:rsidRDefault="00000000" w:rsidRPr="00000000" w14:paraId="000000A4">
      <w:pPr>
        <w:spacing w:after="10" w:lineRule="auto"/>
        <w:ind w:left="19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☐  Not Baremi</w:t>
      </w:r>
    </w:p>
    <w:p w:rsidR="00000000" w:rsidDel="00000000" w:rsidP="00000000" w:rsidRDefault="00000000" w:rsidRPr="00000000" w14:paraId="000000A5">
      <w:pPr>
        <w:spacing w:before="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Evrak Teslim Alan Paraf:  ........................................................</w:t>
      </w:r>
    </w:p>
    <w:p w:rsidR="00000000" w:rsidDel="00000000" w:rsidP="00000000" w:rsidRDefault="00000000" w:rsidRPr="00000000" w14:paraId="000000A6">
      <w:pPr>
        <w:spacing w:before="80" w:lineRule="auto"/>
        <w:rPr>
          <w:rFonts w:ascii="Times New Roman" w:cs="Times New Roman" w:eastAsia="Times New Roman" w:hAnsi="Times New Roman"/>
          <w:i w:val="1"/>
          <w:iCs w:val="1"/>
          <w:color w:val="5a5a5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95" w:top="595" w:left="879" w:right="879" w:header="22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rPr>
      <w:b w:val="1"/>
      <w:bCs w:val="1"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ggjn1ivvfxBj4dxOB6IYTEGn9w==">CgMxLjA4AHIhMUFBWmJJdHBZV3ZlYWdUSTlhWlU5U2IwVzZJdy0wLXFC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2026-08-11T07:04:00Z</dcterms:created>
  <dc:creator>python-docx</dc:creator>
</cp:coreProperties>
</file>